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40937" w14:textId="77777777" w:rsidR="00756348" w:rsidRDefault="00756348">
      <w:pPr>
        <w:pStyle w:val="Ttulo"/>
      </w:pPr>
    </w:p>
    <w:p w14:paraId="5DAA8D64" w14:textId="29C8D0EE" w:rsidR="006F069D" w:rsidRDefault="00633D51">
      <w:pPr>
        <w:pStyle w:val="Ttulo"/>
      </w:pPr>
      <w:r>
        <w:t>Plantilla de caso clínico</w:t>
      </w:r>
    </w:p>
    <w:p w14:paraId="72FF0C64" w14:textId="77777777" w:rsidR="006F069D" w:rsidRDefault="00633D51">
      <w:r>
        <w:t>Terapia Basada en la Mentalización para Niños (MBT-C)</w:t>
      </w:r>
    </w:p>
    <w:p w14:paraId="3D8B5B14" w14:textId="77777777" w:rsidR="006F069D" w:rsidRDefault="00633D51">
      <w:r>
        <w:t>Documento editable para profesionales que preparan casos para supervisión y certificación.</w:t>
      </w:r>
    </w:p>
    <w:p w14:paraId="2631E6C2" w14:textId="77777777" w:rsidR="006F069D" w:rsidRDefault="00633D51">
      <w:pPr>
        <w:pStyle w:val="Ttulo2"/>
      </w:pPr>
      <w:r>
        <w:t>CONFIDENCIALIDAD</w:t>
      </w:r>
    </w:p>
    <w:p w14:paraId="636E67CE" w14:textId="77777777" w:rsidR="006F069D" w:rsidRDefault="00633D51">
      <w:r>
        <w:t>Utilice seudónimos y suprima toda información que permita identificar al niño, a su familia o a terceros. Compruebe los consentimientos correspondientes para cualquier grabación clínica.</w:t>
      </w:r>
    </w:p>
    <w:tbl>
      <w:tblPr>
        <w:tblStyle w:val="Sombreadoclaro-nfasis1"/>
        <w:tblW w:w="0" w:type="auto"/>
        <w:tblLook w:val="04A0" w:firstRow="1" w:lastRow="0" w:firstColumn="1" w:lastColumn="0" w:noHBand="0" w:noVBand="1"/>
      </w:tblPr>
      <w:tblGrid>
        <w:gridCol w:w="4853"/>
        <w:gridCol w:w="4853"/>
      </w:tblGrid>
      <w:tr w:rsidR="006F069D" w14:paraId="0506851A" w14:textId="77777777" w:rsidTr="006F06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3" w:type="dxa"/>
          </w:tcPr>
          <w:p w14:paraId="1D91470B" w14:textId="77777777" w:rsidR="006F069D" w:rsidRDefault="00633D51">
            <w:r>
              <w:t>Código del caso</w:t>
            </w:r>
          </w:p>
        </w:tc>
        <w:tc>
          <w:tcPr>
            <w:tcW w:w="4853" w:type="dxa"/>
          </w:tcPr>
          <w:p w14:paraId="695F387A" w14:textId="77777777" w:rsidR="006F069D" w:rsidRDefault="00633D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</w:t>
            </w:r>
          </w:p>
        </w:tc>
      </w:tr>
      <w:tr w:rsidR="006F069D" w14:paraId="7C0E6400" w14:textId="77777777" w:rsidTr="006F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3" w:type="dxa"/>
          </w:tcPr>
          <w:p w14:paraId="662CF5AF" w14:textId="77777777" w:rsidR="006F069D" w:rsidRDefault="00633D51">
            <w:r>
              <w:t>Nombre del/de la terapeuta</w:t>
            </w:r>
          </w:p>
        </w:tc>
        <w:tc>
          <w:tcPr>
            <w:tcW w:w="4853" w:type="dxa"/>
          </w:tcPr>
          <w:p w14:paraId="65DA201A" w14:textId="77777777" w:rsidR="006F069D" w:rsidRDefault="00633D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________________________________</w:t>
            </w:r>
          </w:p>
        </w:tc>
      </w:tr>
      <w:tr w:rsidR="006F069D" w14:paraId="41DBBCAC" w14:textId="77777777" w:rsidTr="006F0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3" w:type="dxa"/>
          </w:tcPr>
          <w:p w14:paraId="4F1F5D0B" w14:textId="77777777" w:rsidR="006F069D" w:rsidRDefault="00633D51">
            <w:r>
              <w:t>Periodo de tratamiento</w:t>
            </w:r>
          </w:p>
        </w:tc>
        <w:tc>
          <w:tcPr>
            <w:tcW w:w="4853" w:type="dxa"/>
          </w:tcPr>
          <w:p w14:paraId="01415162" w14:textId="77777777" w:rsidR="006F069D" w:rsidRDefault="00633D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</w:t>
            </w:r>
          </w:p>
        </w:tc>
      </w:tr>
      <w:tr w:rsidR="006F069D" w14:paraId="760693AF" w14:textId="77777777" w:rsidTr="006F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3" w:type="dxa"/>
          </w:tcPr>
          <w:p w14:paraId="25E1E270" w14:textId="77777777" w:rsidR="006F069D" w:rsidRDefault="00633D51">
            <w:r>
              <w:t>Frecuencia del tratamiento</w:t>
            </w:r>
          </w:p>
        </w:tc>
        <w:tc>
          <w:tcPr>
            <w:tcW w:w="4853" w:type="dxa"/>
          </w:tcPr>
          <w:p w14:paraId="65B89A5B" w14:textId="77777777" w:rsidR="006F069D" w:rsidRDefault="00633D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________________________________</w:t>
            </w:r>
          </w:p>
        </w:tc>
      </w:tr>
      <w:tr w:rsidR="006F069D" w14:paraId="2DE3C999" w14:textId="77777777" w:rsidTr="006F0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3" w:type="dxa"/>
          </w:tcPr>
          <w:p w14:paraId="755C9FB9" w14:textId="77777777" w:rsidR="006F069D" w:rsidRDefault="00633D51">
            <w:r>
              <w:t>Fecha del informe</w:t>
            </w:r>
          </w:p>
        </w:tc>
        <w:tc>
          <w:tcPr>
            <w:tcW w:w="4853" w:type="dxa"/>
          </w:tcPr>
          <w:p w14:paraId="7D6885D9" w14:textId="77777777" w:rsidR="006F069D" w:rsidRDefault="00633D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</w:t>
            </w:r>
          </w:p>
        </w:tc>
      </w:tr>
      <w:tr w:rsidR="006F069D" w14:paraId="5B0CDA02" w14:textId="77777777" w:rsidTr="006F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3" w:type="dxa"/>
          </w:tcPr>
          <w:p w14:paraId="16B9BE7D" w14:textId="77777777" w:rsidR="006F069D" w:rsidRDefault="00633D51">
            <w:r>
              <w:t>Edad del niño/a (aproximada)</w:t>
            </w:r>
          </w:p>
        </w:tc>
        <w:tc>
          <w:tcPr>
            <w:tcW w:w="4853" w:type="dxa"/>
          </w:tcPr>
          <w:p w14:paraId="6ECD74F5" w14:textId="77777777" w:rsidR="006F069D" w:rsidRDefault="00633D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________________________________</w:t>
            </w:r>
          </w:p>
        </w:tc>
      </w:tr>
    </w:tbl>
    <w:p w14:paraId="17145413" w14:textId="77777777" w:rsidR="006F069D" w:rsidRDefault="00633D51">
      <w:r>
        <w:rPr>
          <w:color w:val="23374E"/>
          <w:sz w:val="18"/>
        </w:rPr>
        <w:t>Nombre del/de la terapeuta: ______________________________________________</w:t>
      </w:r>
    </w:p>
    <w:p w14:paraId="01EA0C1C" w14:textId="77777777" w:rsidR="006F069D" w:rsidRDefault="00633D51">
      <w:r>
        <w:rPr>
          <w:color w:val="23374E"/>
          <w:sz w:val="18"/>
        </w:rPr>
        <w:t>Período de tratamiento: __________________    Frecuencia: __________________</w:t>
      </w:r>
    </w:p>
    <w:p w14:paraId="0ADF5249" w14:textId="77777777" w:rsidR="006F069D" w:rsidRDefault="00633D51">
      <w:r>
        <w:rPr>
          <w:color w:val="23374E"/>
          <w:sz w:val="18"/>
        </w:rPr>
        <w:t>Fecha del informe: ____________________    Código del caso: ________________</w:t>
      </w:r>
    </w:p>
    <w:p w14:paraId="34647245" w14:textId="77777777" w:rsidR="006F069D" w:rsidRDefault="00633D51">
      <w:pPr>
        <w:pStyle w:val="Ttulo1"/>
      </w:pPr>
      <w:r>
        <w:t>01  |  Presentación del caso y contexto familiar</w:t>
      </w:r>
    </w:p>
    <w:p w14:paraId="0C8090EF" w14:textId="77777777" w:rsidR="006F069D" w:rsidRDefault="00633D51">
      <w:r>
        <w:rPr>
          <w:b/>
        </w:rPr>
        <w:t>Descripción del niño o la niña y de su constelación familiar. Incluya el contexto relacional y evolutivo pertinente.</w:t>
      </w:r>
    </w:p>
    <w:p w14:paraId="3B44DD2E" w14:textId="77777777" w:rsidR="006F069D" w:rsidRDefault="00633D51">
      <w:r>
        <w:t>________________________________________________________________________________</w:t>
      </w:r>
    </w:p>
    <w:p w14:paraId="5BE60051" w14:textId="77777777" w:rsidR="006F069D" w:rsidRDefault="00633D51">
      <w:r>
        <w:t>________________________________________________________________________________</w:t>
      </w:r>
    </w:p>
    <w:p w14:paraId="21A71A6A" w14:textId="77777777" w:rsidR="006F069D" w:rsidRDefault="00633D51">
      <w:r>
        <w:t>________________________________________________________________________________</w:t>
      </w:r>
    </w:p>
    <w:p w14:paraId="22AD1912" w14:textId="77777777" w:rsidR="006F069D" w:rsidRDefault="00633D51">
      <w:r>
        <w:t>________________________________________________________________________________</w:t>
      </w:r>
    </w:p>
    <w:p w14:paraId="65A782BB" w14:textId="77777777" w:rsidR="006F069D" w:rsidRDefault="00633D51">
      <w:r>
        <w:t>________________________________________________________________________________</w:t>
      </w:r>
    </w:p>
    <w:p w14:paraId="664F2CCD" w14:textId="77777777" w:rsidR="006F069D" w:rsidRDefault="00633D51">
      <w:r>
        <w:rPr>
          <w:b/>
        </w:rPr>
        <w:t>Motivo de derivación y principales dificultades, incluyendo las perspectivas del niño/a y de sus cuidadores.</w:t>
      </w:r>
    </w:p>
    <w:p w14:paraId="0676B1C2" w14:textId="77777777" w:rsidR="006F069D" w:rsidRDefault="00633D51">
      <w:r>
        <w:t>________________________________________________________________________________</w:t>
      </w:r>
    </w:p>
    <w:p w14:paraId="128E0791" w14:textId="77777777" w:rsidR="006F069D" w:rsidRDefault="00633D51">
      <w:r>
        <w:t>________________________________________________________________________________</w:t>
      </w:r>
    </w:p>
    <w:p w14:paraId="6DC4FFF8" w14:textId="77777777" w:rsidR="006F069D" w:rsidRDefault="00633D51">
      <w:r>
        <w:t>________________________________________________________________________________</w:t>
      </w:r>
    </w:p>
    <w:p w14:paraId="399CB312" w14:textId="77777777" w:rsidR="006F069D" w:rsidRDefault="00633D51">
      <w:r>
        <w:t>________________________________________________________________________________</w:t>
      </w:r>
    </w:p>
    <w:p w14:paraId="4B8E9B9F" w14:textId="77777777" w:rsidR="006F069D" w:rsidRDefault="00633D51">
      <w:pPr>
        <w:pStyle w:val="Ttulo1"/>
      </w:pPr>
      <w:r>
        <w:t>02  |  Evaluación y perfil dimensional</w:t>
      </w:r>
    </w:p>
    <w:p w14:paraId="38F4F3AF" w14:textId="77777777" w:rsidR="006F069D" w:rsidRDefault="00633D51">
      <w:r>
        <w:rPr>
          <w:b/>
        </w:rPr>
        <w:t>Temperamento: características relevantes y su expresión en diferentes contextos.</w:t>
      </w:r>
    </w:p>
    <w:p w14:paraId="28356102" w14:textId="77777777" w:rsidR="006F069D" w:rsidRDefault="00633D51">
      <w:r>
        <w:t>________________________________________________________________________________</w:t>
      </w:r>
    </w:p>
    <w:p w14:paraId="22D75ACD" w14:textId="77777777" w:rsidR="006F069D" w:rsidRDefault="00633D51">
      <w:r>
        <w:t>________________________________________________________________________________</w:t>
      </w:r>
    </w:p>
    <w:p w14:paraId="3AC3327B" w14:textId="77777777" w:rsidR="006F069D" w:rsidRDefault="00633D51">
      <w:r>
        <w:t>________________________________________________________________________________</w:t>
      </w:r>
    </w:p>
    <w:p w14:paraId="6D746183" w14:textId="77777777" w:rsidR="006F069D" w:rsidRDefault="00633D51">
      <w:r>
        <w:rPr>
          <w:b/>
        </w:rPr>
        <w:t>Personalidad emergente: patrones de relación, recursos y vulnerabilidades.</w:t>
      </w:r>
    </w:p>
    <w:p w14:paraId="24CDCDB6" w14:textId="77777777" w:rsidR="006F069D" w:rsidRDefault="00633D51">
      <w:r>
        <w:t>________________________________________________________________________________</w:t>
      </w:r>
    </w:p>
    <w:p w14:paraId="065980FC" w14:textId="77777777" w:rsidR="006F069D" w:rsidRDefault="00633D51">
      <w:r>
        <w:t>________________________________________________________________________________</w:t>
      </w:r>
    </w:p>
    <w:p w14:paraId="32B5EA10" w14:textId="77777777" w:rsidR="006F069D" w:rsidRDefault="00633D51">
      <w:r>
        <w:t>________________________________________________________________________________</w:t>
      </w:r>
    </w:p>
    <w:p w14:paraId="07E1293B" w14:textId="77777777" w:rsidR="006F069D" w:rsidRDefault="00633D51">
      <w:r>
        <w:rPr>
          <w:b/>
        </w:rPr>
        <w:t>Estilo de apego: hipótesis clínicas sustentadas en observaciones.</w:t>
      </w:r>
    </w:p>
    <w:p w14:paraId="63F75F80" w14:textId="77777777" w:rsidR="006F069D" w:rsidRDefault="00633D51">
      <w:r>
        <w:t>________________________________________________________________________________</w:t>
      </w:r>
    </w:p>
    <w:p w14:paraId="24178BA4" w14:textId="77777777" w:rsidR="006F069D" w:rsidRDefault="00633D51">
      <w:r>
        <w:t>________________________________________________________________________________</w:t>
      </w:r>
    </w:p>
    <w:p w14:paraId="3654D9C3" w14:textId="77777777" w:rsidR="006F069D" w:rsidRDefault="00633D51">
      <w:r>
        <w:t>________________________________________________________________________________</w:t>
      </w:r>
    </w:p>
    <w:p w14:paraId="7032D6BE" w14:textId="77777777" w:rsidR="006F069D" w:rsidRDefault="00633D51">
      <w:pPr>
        <w:pStyle w:val="Ttulo1"/>
      </w:pPr>
      <w:r>
        <w:t>03  |  Tres bloques de mentalización</w:t>
      </w:r>
    </w:p>
    <w:p w14:paraId="69652D1C" w14:textId="77777777" w:rsidR="006F069D" w:rsidRDefault="00633D51">
      <w:r>
        <w:rPr>
          <w:b/>
        </w:rPr>
        <w:t>Control de la atención: ¿cómo se manifiesta y con qué frecuencia en las sesiones?</w:t>
      </w:r>
    </w:p>
    <w:p w14:paraId="69806F33" w14:textId="77777777" w:rsidR="006F069D" w:rsidRDefault="00633D51">
      <w:r>
        <w:t>________________________________________________________________________________</w:t>
      </w:r>
    </w:p>
    <w:p w14:paraId="7F36E42B" w14:textId="77777777" w:rsidR="006F069D" w:rsidRDefault="00633D51">
      <w:r>
        <w:t>________________________________________________________________________________</w:t>
      </w:r>
    </w:p>
    <w:p w14:paraId="77DC545B" w14:textId="77777777" w:rsidR="006F069D" w:rsidRDefault="00633D51">
      <w:r>
        <w:t>________________________________________________________________________________</w:t>
      </w:r>
    </w:p>
    <w:p w14:paraId="5A9D284F" w14:textId="77777777" w:rsidR="006F069D" w:rsidRDefault="00633D51">
      <w:r>
        <w:t>________________________________________________________________________________</w:t>
      </w:r>
    </w:p>
    <w:p w14:paraId="5A204546" w14:textId="77777777" w:rsidR="006F069D" w:rsidRDefault="00633D51">
      <w:r>
        <w:rPr>
          <w:b/>
        </w:rPr>
        <w:t>Regulación emocional: capacidades, dificultades y apoyos relacionales.</w:t>
      </w:r>
    </w:p>
    <w:p w14:paraId="230E81D2" w14:textId="77777777" w:rsidR="006F069D" w:rsidRDefault="00633D51">
      <w:r>
        <w:t>________________________________________________________________________________</w:t>
      </w:r>
    </w:p>
    <w:p w14:paraId="7E9724A2" w14:textId="77777777" w:rsidR="006F069D" w:rsidRDefault="00633D51">
      <w:r>
        <w:t>________________________________________________________________________________</w:t>
      </w:r>
    </w:p>
    <w:p w14:paraId="076568C5" w14:textId="77777777" w:rsidR="006F069D" w:rsidRDefault="00633D51">
      <w:r>
        <w:t>________________________________________________________________________________</w:t>
      </w:r>
    </w:p>
    <w:p w14:paraId="58710217" w14:textId="77777777" w:rsidR="006F069D" w:rsidRDefault="00633D51">
      <w:r>
        <w:t>________________________________________________________________________________</w:t>
      </w:r>
    </w:p>
    <w:p w14:paraId="026A12DD" w14:textId="77777777" w:rsidR="006F069D" w:rsidRDefault="00633D51">
      <w:r>
        <w:rPr>
          <w:b/>
        </w:rPr>
        <w:t>Mentalización: momentos de funcionamiento mentalizador y circunstancias de su pérdida.</w:t>
      </w:r>
    </w:p>
    <w:p w14:paraId="3A6247FB" w14:textId="77777777" w:rsidR="006F069D" w:rsidRDefault="00633D51">
      <w:r>
        <w:t>________________________________________________________________________________</w:t>
      </w:r>
    </w:p>
    <w:p w14:paraId="67703BA7" w14:textId="77777777" w:rsidR="006F069D" w:rsidRDefault="00633D51">
      <w:r>
        <w:t>________________________________________________________________________________</w:t>
      </w:r>
    </w:p>
    <w:p w14:paraId="57AD73D9" w14:textId="77777777" w:rsidR="006F069D" w:rsidRDefault="00633D51">
      <w:r>
        <w:t>________________________________________________________________________________</w:t>
      </w:r>
    </w:p>
    <w:p w14:paraId="3442212D" w14:textId="77777777" w:rsidR="006F069D" w:rsidRDefault="00633D51">
      <w:r>
        <w:t>________________________________________________________________________________</w:t>
      </w:r>
    </w:p>
    <w:p w14:paraId="67FF90EA" w14:textId="77777777" w:rsidR="006F069D" w:rsidRDefault="00633D51">
      <w:pPr>
        <w:pStyle w:val="Ttulo1"/>
      </w:pPr>
      <w:r>
        <w:t>04  |  Modos prementalizadores</w:t>
      </w:r>
    </w:p>
    <w:p w14:paraId="52674B7B" w14:textId="77777777" w:rsidR="006F069D" w:rsidRDefault="00633D51">
      <w:r>
        <w:rPr>
          <w:b/>
        </w:rPr>
        <w:t>Modo teleológico: manifestaciones clínicas y ejemplos observables.</w:t>
      </w:r>
    </w:p>
    <w:p w14:paraId="5FC78BCB" w14:textId="77777777" w:rsidR="006F069D" w:rsidRDefault="00633D51">
      <w:r>
        <w:t>________________________________________________________________________________</w:t>
      </w:r>
    </w:p>
    <w:p w14:paraId="054AC9FC" w14:textId="77777777" w:rsidR="006F069D" w:rsidRDefault="00633D51">
      <w:r>
        <w:t>________________________________________________________________________________</w:t>
      </w:r>
    </w:p>
    <w:p w14:paraId="213376DB" w14:textId="77777777" w:rsidR="006F069D" w:rsidRDefault="00633D51">
      <w:r>
        <w:t>________________________________________________________________________________</w:t>
      </w:r>
    </w:p>
    <w:p w14:paraId="4E636CC6" w14:textId="77777777" w:rsidR="006F069D" w:rsidRDefault="00633D51">
      <w:r>
        <w:rPr>
          <w:b/>
        </w:rPr>
        <w:t>Modo de simulación (pretend mode): manifestaciones clínicas y ejemplos.</w:t>
      </w:r>
    </w:p>
    <w:p w14:paraId="5750D121" w14:textId="77777777" w:rsidR="006F069D" w:rsidRDefault="00633D51">
      <w:r>
        <w:t>________________________________________________________________________________</w:t>
      </w:r>
    </w:p>
    <w:p w14:paraId="5273B9BA" w14:textId="77777777" w:rsidR="006F069D" w:rsidRDefault="00633D51">
      <w:r>
        <w:t>________________________________________________________________________________</w:t>
      </w:r>
    </w:p>
    <w:p w14:paraId="3CA8ED23" w14:textId="77777777" w:rsidR="006F069D" w:rsidRDefault="00633D51">
      <w:r>
        <w:t>________________________________________________________________________________</w:t>
      </w:r>
    </w:p>
    <w:p w14:paraId="379E2604" w14:textId="77777777" w:rsidR="006F069D" w:rsidRDefault="00633D51">
      <w:r>
        <w:rPr>
          <w:b/>
        </w:rPr>
        <w:t>Modo de equivalencia psíquica: manifestaciones clínicas y ejemplos.</w:t>
      </w:r>
    </w:p>
    <w:p w14:paraId="49253A2C" w14:textId="77777777" w:rsidR="006F069D" w:rsidRDefault="00633D51">
      <w:r>
        <w:t>________________________________________________________________________________</w:t>
      </w:r>
    </w:p>
    <w:p w14:paraId="34359834" w14:textId="77777777" w:rsidR="006F069D" w:rsidRDefault="00633D51">
      <w:r>
        <w:t>________________________________________________________________________________</w:t>
      </w:r>
    </w:p>
    <w:p w14:paraId="071CE427" w14:textId="77777777" w:rsidR="006F069D" w:rsidRDefault="00633D51">
      <w:r>
        <w:t>________________________________________________________________________________</w:t>
      </w:r>
    </w:p>
    <w:p w14:paraId="7A6956CD" w14:textId="77777777" w:rsidR="006F069D" w:rsidRDefault="00633D51">
      <w:pPr>
        <w:pStyle w:val="Ttulo1"/>
      </w:pPr>
      <w:r>
        <w:t>05  |  Formulación clínica compartida</w:t>
      </w:r>
    </w:p>
    <w:p w14:paraId="3633DDE0" w14:textId="77777777" w:rsidR="006F069D" w:rsidRDefault="00633D51">
      <w:r>
        <w:rPr>
          <w:b/>
        </w:rPr>
        <w:t>Describa la metáfora o historia central de la formulación, cómo surgió de la evaluación y cómo fue elaborada con el niño/a y sus cuidadores.</w:t>
      </w:r>
    </w:p>
    <w:p w14:paraId="7ED3A753" w14:textId="77777777" w:rsidR="006F069D" w:rsidRDefault="00633D51">
      <w:r>
        <w:t>________________________________________________________________________________</w:t>
      </w:r>
    </w:p>
    <w:p w14:paraId="18C709E6" w14:textId="77777777" w:rsidR="006F069D" w:rsidRDefault="00633D51">
      <w:r>
        <w:t>________________________________________________________________________________</w:t>
      </w:r>
    </w:p>
    <w:p w14:paraId="26D381DD" w14:textId="77777777" w:rsidR="006F069D" w:rsidRDefault="00633D51">
      <w:r>
        <w:t>________________________________________________________________________________</w:t>
      </w:r>
    </w:p>
    <w:p w14:paraId="1B29D5CD" w14:textId="77777777" w:rsidR="006F069D" w:rsidRDefault="00633D51">
      <w:r>
        <w:t>________________________________________________________________________________</w:t>
      </w:r>
    </w:p>
    <w:p w14:paraId="2EFBDD22" w14:textId="77777777" w:rsidR="006F069D" w:rsidRDefault="00633D51">
      <w:r>
        <w:t>________________________________________________________________________________</w:t>
      </w:r>
    </w:p>
    <w:p w14:paraId="0F5F3C05" w14:textId="77777777" w:rsidR="006F069D" w:rsidRDefault="00633D51">
      <w:r>
        <w:t>________________________________________________________________________________</w:t>
      </w:r>
    </w:p>
    <w:p w14:paraId="538E370D" w14:textId="77777777" w:rsidR="006F069D" w:rsidRDefault="00633D51">
      <w:pPr>
        <w:pStyle w:val="Ttulo1"/>
      </w:pPr>
      <w:r>
        <w:t>06  |  Grabación clínica presentada para certificación</w:t>
      </w:r>
    </w:p>
    <w:p w14:paraId="11E2C026" w14:textId="77777777" w:rsidR="006F069D" w:rsidRDefault="00633D51">
      <w:r>
        <w:rPr>
          <w:b/>
        </w:rPr>
        <w:t>Nombre o código del archivo y marcadores de tiempo relevantes (minuto:segundo).</w:t>
      </w:r>
    </w:p>
    <w:p w14:paraId="42F21DCA" w14:textId="77777777" w:rsidR="006F069D" w:rsidRDefault="00633D51">
      <w:r>
        <w:t>________________________________________________________________________________</w:t>
      </w:r>
    </w:p>
    <w:p w14:paraId="5D6D99C2" w14:textId="77777777" w:rsidR="006F069D" w:rsidRDefault="00633D51">
      <w:r>
        <w:t>________________________________________________________________________________</w:t>
      </w:r>
    </w:p>
    <w:p w14:paraId="50B09D57" w14:textId="77777777" w:rsidR="006F069D" w:rsidRDefault="00633D51">
      <w:r>
        <w:rPr>
          <w:b/>
        </w:rPr>
        <w:t>Fase del tratamiento que muestra la sesión: evaluación, tratamiento o finalización.</w:t>
      </w:r>
    </w:p>
    <w:p w14:paraId="2290E1BB" w14:textId="77777777" w:rsidR="006F069D" w:rsidRDefault="00633D51">
      <w:r>
        <w:t>________________________________________________________________________________</w:t>
      </w:r>
    </w:p>
    <w:p w14:paraId="2B309595" w14:textId="77777777" w:rsidR="006F069D" w:rsidRDefault="00633D51">
      <w:r>
        <w:t>________________________________________________________________________________</w:t>
      </w:r>
    </w:p>
    <w:p w14:paraId="01E73605" w14:textId="77777777" w:rsidR="006F069D" w:rsidRDefault="00633D51">
      <w:r>
        <w:rPr>
          <w:b/>
        </w:rPr>
        <w:t>Participantes que aparecen en la grabación (sin datos identificativos).</w:t>
      </w:r>
    </w:p>
    <w:p w14:paraId="1E101CD5" w14:textId="77777777" w:rsidR="006F069D" w:rsidRDefault="00633D51">
      <w:r>
        <w:t>________________________________________________________________________________</w:t>
      </w:r>
    </w:p>
    <w:p w14:paraId="6B2EE800" w14:textId="77777777" w:rsidR="006F069D" w:rsidRDefault="00633D51">
      <w:r>
        <w:t>________________________________________________________________________________</w:t>
      </w:r>
    </w:p>
    <w:p w14:paraId="018749EE" w14:textId="77777777" w:rsidR="006F069D" w:rsidRDefault="00633D51">
      <w:r>
        <w:rPr>
          <w:b/>
        </w:rPr>
        <w:t>Momentos no mentalizadores: modo identificado, evidencia clínica y contexto.</w:t>
      </w:r>
    </w:p>
    <w:p w14:paraId="3E2BE197" w14:textId="77777777" w:rsidR="006F069D" w:rsidRDefault="00633D51">
      <w:r>
        <w:t>________________________________________________________________________________</w:t>
      </w:r>
    </w:p>
    <w:p w14:paraId="347A2530" w14:textId="77777777" w:rsidR="006F069D" w:rsidRDefault="00633D51">
      <w:r>
        <w:t>________________________________________________________________________________</w:t>
      </w:r>
    </w:p>
    <w:p w14:paraId="4CF184BE" w14:textId="77777777" w:rsidR="006F069D" w:rsidRDefault="00633D51">
      <w:r>
        <w:t>________________________________________________________________________________</w:t>
      </w:r>
    </w:p>
    <w:p w14:paraId="687E52D9" w14:textId="77777777" w:rsidR="006F069D" w:rsidRDefault="00633D51">
      <w:r>
        <w:t>________________________________________________________________________________</w:t>
      </w:r>
    </w:p>
    <w:p w14:paraId="513D4944" w14:textId="77777777" w:rsidR="006F069D" w:rsidRDefault="00633D51">
      <w:r>
        <w:rPr>
          <w:b/>
        </w:rPr>
        <w:t>¿Qué experimentó usted en esos momentos y cómo respondió? Justifique sus intervenciones.</w:t>
      </w:r>
    </w:p>
    <w:p w14:paraId="373087E6" w14:textId="77777777" w:rsidR="006F069D" w:rsidRDefault="00633D51">
      <w:r>
        <w:t>________________________________________________________________________________</w:t>
      </w:r>
    </w:p>
    <w:p w14:paraId="5BDA665C" w14:textId="77777777" w:rsidR="006F069D" w:rsidRDefault="00633D51">
      <w:r>
        <w:t>________________________________________________________________________________</w:t>
      </w:r>
    </w:p>
    <w:p w14:paraId="6495AF29" w14:textId="77777777" w:rsidR="006F069D" w:rsidRDefault="00633D51">
      <w:r>
        <w:t>________________________________________________________________________________</w:t>
      </w:r>
    </w:p>
    <w:p w14:paraId="5D6DACA2" w14:textId="77777777" w:rsidR="006F069D" w:rsidRDefault="00633D51">
      <w:r>
        <w:t>________________________________________________________________________________</w:t>
      </w:r>
    </w:p>
    <w:p w14:paraId="53849C8A" w14:textId="77777777" w:rsidR="006F069D" w:rsidRDefault="00633D51">
      <w:r>
        <w:rPr>
          <w:b/>
        </w:rPr>
        <w:t>¿Pudo mantener o recuperar una postura mentalizadora? ¿Qué contribuyó a ello?</w:t>
      </w:r>
    </w:p>
    <w:p w14:paraId="2176443C" w14:textId="77777777" w:rsidR="006F069D" w:rsidRDefault="00633D51">
      <w:r>
        <w:t>________________________________________________________________________________</w:t>
      </w:r>
    </w:p>
    <w:p w14:paraId="51246D10" w14:textId="77777777" w:rsidR="006F069D" w:rsidRDefault="00633D51">
      <w:r>
        <w:t>________________________________________________________________________________</w:t>
      </w:r>
    </w:p>
    <w:p w14:paraId="7D78F2A6" w14:textId="77777777" w:rsidR="006F069D" w:rsidRDefault="00633D51">
      <w:r>
        <w:t>________________________________________________________________________________</w:t>
      </w:r>
    </w:p>
    <w:p w14:paraId="2401C377" w14:textId="77777777" w:rsidR="006F069D" w:rsidRDefault="00633D51">
      <w:r>
        <w:t>________________________________________________________________________________</w:t>
      </w:r>
    </w:p>
    <w:p w14:paraId="72B47B21" w14:textId="77777777" w:rsidR="006F069D" w:rsidRDefault="00633D51">
      <w:pPr>
        <w:pStyle w:val="Ttulo1"/>
      </w:pPr>
      <w:r>
        <w:t>07  |  Análisis de las intervenciones</w:t>
      </w:r>
    </w:p>
    <w:p w14:paraId="10E48518" w14:textId="77777777" w:rsidR="006F069D" w:rsidRDefault="00633D51">
      <w:r>
        <w:rPr>
          <w:b/>
        </w:rPr>
        <w:t>Control de la atención: describa un momento, su intervención y el efecto observado.</w:t>
      </w:r>
    </w:p>
    <w:p w14:paraId="29D2B6F9" w14:textId="77777777" w:rsidR="006F069D" w:rsidRDefault="00633D51">
      <w:r>
        <w:t>________________________________________________________________________________</w:t>
      </w:r>
    </w:p>
    <w:p w14:paraId="13C22C5A" w14:textId="77777777" w:rsidR="006F069D" w:rsidRDefault="00633D51">
      <w:r>
        <w:t>________________________________________________________________________________</w:t>
      </w:r>
    </w:p>
    <w:p w14:paraId="1B2C2D86" w14:textId="77777777" w:rsidR="006F069D" w:rsidRDefault="00633D51">
      <w:r>
        <w:t>________________________________________________________________________________</w:t>
      </w:r>
    </w:p>
    <w:p w14:paraId="08DB2355" w14:textId="77777777" w:rsidR="006F069D" w:rsidRDefault="00633D51">
      <w:r>
        <w:t>________________________________________________________________________________</w:t>
      </w:r>
    </w:p>
    <w:p w14:paraId="59E72974" w14:textId="77777777" w:rsidR="006F069D" w:rsidRDefault="00633D51">
      <w:r>
        <w:rPr>
          <w:b/>
        </w:rPr>
        <w:t>Regulación emocional: describa un momento, su intervención y el efecto observado.</w:t>
      </w:r>
    </w:p>
    <w:p w14:paraId="142E1C1D" w14:textId="77777777" w:rsidR="006F069D" w:rsidRDefault="00633D51">
      <w:r>
        <w:t>________________________________________________________________________________</w:t>
      </w:r>
    </w:p>
    <w:p w14:paraId="47F93743" w14:textId="77777777" w:rsidR="006F069D" w:rsidRDefault="00633D51">
      <w:r>
        <w:t>________________________________________________________________________________</w:t>
      </w:r>
    </w:p>
    <w:p w14:paraId="3EC9DE0E" w14:textId="77777777" w:rsidR="006F069D" w:rsidRDefault="00633D51">
      <w:r>
        <w:t>________________________________________________________________________________</w:t>
      </w:r>
    </w:p>
    <w:p w14:paraId="61589B52" w14:textId="77777777" w:rsidR="006F069D" w:rsidRDefault="00633D51">
      <w:r>
        <w:t>________________________________________________________________________________</w:t>
      </w:r>
    </w:p>
    <w:p w14:paraId="1F4B89A2" w14:textId="77777777" w:rsidR="006F069D" w:rsidRDefault="00633D51">
      <w:r>
        <w:rPr>
          <w:b/>
        </w:rPr>
        <w:t>Mentalización: describa un momento, su intervención y el efecto observado.</w:t>
      </w:r>
    </w:p>
    <w:p w14:paraId="2FEBD475" w14:textId="77777777" w:rsidR="006F069D" w:rsidRDefault="00633D51">
      <w:r>
        <w:t>________________________________________________________________________________</w:t>
      </w:r>
    </w:p>
    <w:p w14:paraId="054266B9" w14:textId="77777777" w:rsidR="006F069D" w:rsidRDefault="00633D51">
      <w:r>
        <w:t>________________________________________________________________________________</w:t>
      </w:r>
    </w:p>
    <w:p w14:paraId="5F6B6EFE" w14:textId="77777777" w:rsidR="006F069D" w:rsidRDefault="00633D51">
      <w:r>
        <w:t>________________________________________________________________________________</w:t>
      </w:r>
    </w:p>
    <w:p w14:paraId="378DF16C" w14:textId="77777777" w:rsidR="006F069D" w:rsidRDefault="00633D51">
      <w:r>
        <w:t>________________________________________________________________________________</w:t>
      </w:r>
    </w:p>
    <w:p w14:paraId="5B738C55" w14:textId="77777777" w:rsidR="006F069D" w:rsidRDefault="00633D51">
      <w:r>
        <w:rPr>
          <w:b/>
        </w:rPr>
        <w:t>¿Cuál es el foco del tratamiento y cómo se manifiesta en la sesión seleccionada?</w:t>
      </w:r>
    </w:p>
    <w:p w14:paraId="7ADB7962" w14:textId="77777777" w:rsidR="006F069D" w:rsidRDefault="00633D51">
      <w:r>
        <w:t>________________________________________________________________________________</w:t>
      </w:r>
    </w:p>
    <w:p w14:paraId="50CCA301" w14:textId="77777777" w:rsidR="006F069D" w:rsidRDefault="00633D51">
      <w:r>
        <w:t>________________________________________________________________________________</w:t>
      </w:r>
    </w:p>
    <w:p w14:paraId="559647AF" w14:textId="77777777" w:rsidR="006F069D" w:rsidRDefault="00633D51">
      <w:r>
        <w:t>________________________________________________________________________________</w:t>
      </w:r>
    </w:p>
    <w:p w14:paraId="0148FB1D" w14:textId="77777777" w:rsidR="006F069D" w:rsidRDefault="00633D51">
      <w:r>
        <w:t>________________________________________________________________________________</w:t>
      </w:r>
    </w:p>
    <w:p w14:paraId="67D648A5" w14:textId="77777777" w:rsidR="006F069D" w:rsidRDefault="00633D51">
      <w:r>
        <w:rPr>
          <w:b/>
        </w:rPr>
        <w:t>Reflexión clínica: ¿qué haría de manera diferente y por qué?</w:t>
      </w:r>
    </w:p>
    <w:p w14:paraId="22ADDC3A" w14:textId="77777777" w:rsidR="006F069D" w:rsidRDefault="00633D51">
      <w:r>
        <w:t>________________________________________________________________________________</w:t>
      </w:r>
    </w:p>
    <w:p w14:paraId="02E66CCC" w14:textId="77777777" w:rsidR="006F069D" w:rsidRDefault="00633D51">
      <w:r>
        <w:t>________________________________________________________________________________</w:t>
      </w:r>
    </w:p>
    <w:p w14:paraId="5CE88BC6" w14:textId="77777777" w:rsidR="006F069D" w:rsidRDefault="00633D51">
      <w:r>
        <w:t>________________________________________________________________________________</w:t>
      </w:r>
    </w:p>
    <w:p w14:paraId="60471794" w14:textId="77777777" w:rsidR="006F069D" w:rsidRDefault="00633D51">
      <w:r>
        <w:t>________________________________________________________________________________</w:t>
      </w:r>
    </w:p>
    <w:p w14:paraId="226061C8" w14:textId="77777777" w:rsidR="006F069D" w:rsidRDefault="00633D51">
      <w:pPr>
        <w:pStyle w:val="Ttulo2"/>
      </w:pPr>
      <w:r>
        <w:t>Observaciones para la presentación</w:t>
      </w:r>
    </w:p>
    <w:p w14:paraId="66940767" w14:textId="77777777" w:rsidR="006F069D" w:rsidRDefault="00633D51">
      <w:r>
        <w:t>Esta plantilla conserva la estructura clínica del caso de referencia, sin información de pacientes. Adapte la extensión de las respuestas a las indicaciones de su supervisor/a y a los requisitos vigentes de certificación.</w:t>
      </w:r>
    </w:p>
    <w:p w14:paraId="57ECDAC6" w14:textId="77777777" w:rsidR="006F069D" w:rsidRDefault="00633D51">
      <w:r>
        <w:rPr>
          <w:i/>
          <w:sz w:val="16"/>
        </w:rPr>
        <w:t>Nota: plantilla en blanco para uso clínico y formativo. No incluya datos identificativos en los materiales destinados a evaluación externa.</w:t>
      </w:r>
    </w:p>
    <w:sectPr w:rsidR="006F069D" w:rsidSect="00034616">
      <w:headerReference w:type="default" r:id="rId8"/>
      <w:footerReference w:type="default" r:id="rId9"/>
      <w:pgSz w:w="12240" w:h="15840"/>
      <w:pgMar w:top="1181" w:right="1267" w:bottom="1080" w:left="1267" w:header="50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9B2BD" w14:textId="77777777" w:rsidR="007B5957" w:rsidRDefault="007B5957">
      <w:pPr>
        <w:spacing w:after="0" w:line="240" w:lineRule="auto"/>
      </w:pPr>
      <w:r>
        <w:separator/>
      </w:r>
    </w:p>
  </w:endnote>
  <w:endnote w:type="continuationSeparator" w:id="0">
    <w:p w14:paraId="26B109D0" w14:textId="77777777" w:rsidR="007B5957" w:rsidRDefault="007B5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07408" w14:textId="77777777" w:rsidR="006F069D" w:rsidRDefault="00633D51">
    <w:pPr>
      <w:pStyle w:val="Piedepgina"/>
      <w:jc w:val="center"/>
    </w:pPr>
    <w:r>
      <w:t xml:space="preserve">Documento de trabajo </w:t>
    </w:r>
    <w:r>
      <w:t xml:space="preserve">clínico  •  Información anonimizada  |  </w:t>
    </w:r>
    <w:r>
      <w:fldChar w:fldCharType="begin"/>
    </w:r>
    <w:r>
      <w:instrText>PAGE</w:instrText>
    </w:r>
    <w:r>
      <w:fldChar w:fldCharType="separate"/>
    </w:r>
    <w:r w:rsidR="0075634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D6D7B" w14:textId="77777777" w:rsidR="007B5957" w:rsidRDefault="007B5957">
      <w:pPr>
        <w:spacing w:after="0" w:line="240" w:lineRule="auto"/>
      </w:pPr>
      <w:r>
        <w:separator/>
      </w:r>
    </w:p>
  </w:footnote>
  <w:footnote w:type="continuationSeparator" w:id="0">
    <w:p w14:paraId="2DCF8C7B" w14:textId="77777777" w:rsidR="007B5957" w:rsidRDefault="007B5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43F71" w14:textId="77777777" w:rsidR="006F069D" w:rsidRDefault="006F069D">
    <w:pPr>
      <w:pStyle w:val="Encabezado"/>
      <w:jc w:val="right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4896"/>
      <w:gridCol w:w="4896"/>
    </w:tblGrid>
    <w:tr w:rsidR="006F069D" w14:paraId="32839A64" w14:textId="77777777">
      <w:tc>
        <w:tcPr>
          <w:tcW w:w="4896" w:type="dxa"/>
          <w:vAlign w:val="center"/>
        </w:tcPr>
        <w:p w14:paraId="6C62A97D" w14:textId="77777777" w:rsidR="006F069D" w:rsidRDefault="00633D51">
          <w:r>
            <w:rPr>
              <w:noProof/>
            </w:rPr>
            <w:drawing>
              <wp:inline distT="0" distB="0" distL="0" distR="0" wp14:anchorId="33646F76" wp14:editId="2F14D57D">
                <wp:extent cx="1508760" cy="64986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magina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8760" cy="6498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96" w:type="dxa"/>
          <w:vAlign w:val="center"/>
        </w:tcPr>
        <w:p w14:paraId="200D1FA4" w14:textId="77777777" w:rsidR="006F069D" w:rsidRDefault="00633D51">
          <w:pPr>
            <w:jc w:val="right"/>
          </w:pPr>
          <w:r>
            <w:rPr>
              <w:noProof/>
            </w:rPr>
            <w:drawing>
              <wp:inline distT="0" distB="0" distL="0" distR="0" wp14:anchorId="4D4EEB29" wp14:editId="67A05A0F">
                <wp:extent cx="1737360" cy="612953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0" cy="6129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0646557">
    <w:abstractNumId w:val="8"/>
  </w:num>
  <w:num w:numId="2" w16cid:durableId="1936403683">
    <w:abstractNumId w:val="6"/>
  </w:num>
  <w:num w:numId="3" w16cid:durableId="1124730696">
    <w:abstractNumId w:val="5"/>
  </w:num>
  <w:num w:numId="4" w16cid:durableId="1899586007">
    <w:abstractNumId w:val="4"/>
  </w:num>
  <w:num w:numId="5" w16cid:durableId="1629968915">
    <w:abstractNumId w:val="7"/>
  </w:num>
  <w:num w:numId="6" w16cid:durableId="439185427">
    <w:abstractNumId w:val="3"/>
  </w:num>
  <w:num w:numId="7" w16cid:durableId="29500053">
    <w:abstractNumId w:val="2"/>
  </w:num>
  <w:num w:numId="8" w16cid:durableId="705521140">
    <w:abstractNumId w:val="1"/>
  </w:num>
  <w:num w:numId="9" w16cid:durableId="72864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proofState w:spelling="clean" w:grammar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14DC"/>
    <w:rsid w:val="0015074B"/>
    <w:rsid w:val="0029639D"/>
    <w:rsid w:val="00326F90"/>
    <w:rsid w:val="00633D51"/>
    <w:rsid w:val="006F069D"/>
    <w:rsid w:val="00756348"/>
    <w:rsid w:val="007B5957"/>
    <w:rsid w:val="00AA1D8D"/>
    <w:rsid w:val="00B47730"/>
    <w:rsid w:val="00CB0664"/>
    <w:rsid w:val="00FC693F"/>
    <w:rsid w:val="00F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AE401A"/>
  <w14:defaultImageDpi w14:val="300"/>
  <w15:docId w15:val="{72542A04-DF90-6B4D-B80D-EBD512A3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2B3642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415B"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415B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83144"/>
      <w:spacing w:val="5"/>
      <w:kern w:val="28"/>
      <w:sz w:val="4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1577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Hernández Delgado</cp:lastModifiedBy>
  <cp:revision>2</cp:revision>
  <dcterms:created xsi:type="dcterms:W3CDTF">2026-11-04T08:27:00Z</dcterms:created>
  <dcterms:modified xsi:type="dcterms:W3CDTF">2026-11-04T08:27:00Z</dcterms:modified>
  <cp:category/>
</cp:coreProperties>
</file>